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生成式原理与局限·学习任务单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《生成式原理与局限》学习任务单</w:t>
      </w:r>
      <w:r>
        <w:rPr>
          <w:rFonts w:ascii="Helvetica Neue" w:hAnsi="Helvetica Neue" w:eastAsia="PingFang SC"/>
          <w:color w:val="242A33"/>
          <w:sz w:val="21"/>
        </w:rPr>
        <w:t>（十至十二年级第 1 课）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姓名：____________　组别：A / B / C　日期：____________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一、机制三步（课堂填写）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第 1 步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第 2 步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第 3 步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看上下文：____________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给每个词打分：____________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挑一个接上去：____________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二、我的实验条件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我组别的任务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我控制不变的变量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我唯一改变的变量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复核员签字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三、观察记录（至少 5 行）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次数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提问原文或表述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哪一句不一样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是否出现矛盾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四、现象归类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我观察到的现象：____________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它属于哪一格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判断依据（分数变了还是没变）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表述歧义　□ 上下文不足　□ 采样随机　□ 知识缺失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五、课堂评价量规（自评与互评，各打一个等级）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控制变量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记录差异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归因正确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　迁移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　熟练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　合格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　起步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完整行为描述见教案《生成式原理与局限》第 1.10 节的量规表。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六、核验流程（课堂汇总后填写，三格至少填 2 格具体动作）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我的具体动作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查是谁说的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查原文写没写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查有没有旁证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____________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七、我以后怎么用它（200 字以内，至少 3 条可执行规则）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______________________________________________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姓名、班级、日期已填写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记录表已填满 5 行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归类栏写了判断依据，不只写「随机」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没有填写姓名、电话、住址等个人信息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引用生成内容处已标注「由 AI 生成，未经核实」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家长签名：____________　　教师批改：____________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