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智能体系统设计·学习任务单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《智能体系统设计》学习任务单</w:t>
      </w:r>
      <w:r>
        <w:rPr>
          <w:rFonts w:ascii="Helvetica Neue" w:hAnsi="Helvetica Neue" w:eastAsia="PingFang SC"/>
          <w:color w:val="242A33"/>
          <w:sz w:val="21"/>
        </w:rPr>
        <w:t>（十至十二年级第 2 课）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姓名：____________　小组：____________　日期：____________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一、角色定义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身份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职责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不允许做的事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采集员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分析员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发布员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二、契约表（每个角色输出的必填字段与格式）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输出给谁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必填字段（≥4 项）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格式要求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校验规则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采集员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分析员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发布员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三、架构图填空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段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从哪来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传出什么字段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到哪去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段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观测记录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分析员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 段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分析员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发布员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 段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发布员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面向师生的播报稿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四、必须由人拍板的节点（至少两处）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位置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理由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3（可加）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五、邻组互查记录（写「缺第几项」，不写「建议改进」）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互查对象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我发现对方缺第几项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对方说我们缺第几项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我们改了什么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六、运行记录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输入（粘贴或概述）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输出关键内容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它和你契约不一致的地方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采集员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分析员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发布员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七、故障推演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我抽到的故障：____________________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会在哪一环被发现：____________________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系统该怎么响应：____________________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谁来拍板：____________________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八、我的问责条款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主语（谁）：____________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动作（做什么）：____________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检查点（做到什么样算过）：____________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同组检验：他听完能不能说出该谁做、算过没有？　□ 能　□ 不能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九、课堂评价量规（自评与互评，各打一个等级）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契约可执行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架构可读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兜底具体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　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　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　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　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完整行为描述见教案《智能体系统设计》第 1.10 节的量规表。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任务完成流程（三步）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2-activ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看：先看老师演示一遍平台操作。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做：自己动手完成本任务单上的任务。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查：对照流程图的三个角色（教师 / 学生 / 平台），检查有没有漏做某一步。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姓名、班级、日期已填写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需要画√的地方已画√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三个角色的必填字段都达到 4 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邻组互查栏写了 2 条具体意见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没有写家庭住址、电话等个人信息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字迹清楚，老师能读认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家长签名：____________　　教师批改：____________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