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AI 产品与创新·学习任务单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《AI 产品与创新》学习任务单</w:t>
      </w:r>
      <w:r>
        <w:rPr>
          <w:rFonts w:ascii="Helvetica Neue" w:hAnsi="Helvetica Neue" w:eastAsia="PingFang SC"/>
          <w:color w:val="242A33"/>
          <w:sz w:val="21"/>
        </w:rPr>
        <w:t>（十至十二年级第 3 课）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姓名：____________　小组：____________　日期：____________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本组的「反对者」：____________（职责：专门追问本组未经证实的假设）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一、现场调查记录（本班真实数字）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人数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丢过物品的人数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捡到过物品却找不到主人的人数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二、访谈问题（四个，全部开放式）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我要问的问题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我要听到什么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自查：你的问题能不能只用「是」或「不是」回答？能，就重写。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三、访谈原话（逐字记录，不许改写成总结）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同学 A 的原话：____________________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同学 B 的原话：____________________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四、痛点与一句话核心问题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归类后的痛点：____________________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我们的一句话核心问题：____________________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支撑它的那句原话（谁说的）：____________________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五、做与不做（两栏格式相同，各写满三项，每项都要有理由）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序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做的三项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不做的三项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不做的理由（这句要能回答「砍了怎么验证」）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六、用户流程（四格）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格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用户在哪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用户做什么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用户得到什么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下一步去哪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七、原型指令稿（四要素）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要素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我的写法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角色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约束（至少三条，含「信息不足时先追问」）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输出格式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八、试用反馈与决定（三位试用者，每人至少一条）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试用者编号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反馈原话（逐字）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我改了什么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依据是哪一条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全部写成「挺好的」的三条，本栏不计入有效反馈。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九、风险与防范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风险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具体表现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防范措施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隐私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误导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滥用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十、这一版我不做什么（写给用户看的一句话）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______________________________________________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十一、课堂评价量规（自评与互评，各打一个等级）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问题有据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取舍有理由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反馈改到方案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　迁移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　熟练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　合格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　起步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完整行为描述见教案《AI 产品与创新》第 1.10 节的量规表。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任务完成流程（三步）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3-activi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看：先看老师演示一遍平台操作。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做：自己动手完成本任务单上的任务。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查：对照流程图的三个角色（教师 / 学生 / 平台），检查有没有漏做某一步。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姓名、班级、日期已填写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四个访谈问题都是开放式的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访谈与反馈都记了原话，不是我的总结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「不做」栏每项都写了理由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至少一条反馈改变了我的方案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没有写家庭住址、电话等个人信息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字迹清楚，老师能读认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家长签名：____________　　教师批改：____________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