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04 AI 治理与未来·学习任务单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AI 系统与原理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【高中（十至十二年级）】10—12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《AI 治理与未来》学习任务单</w:t>
      </w:r>
      <w:r>
        <w:rPr>
          <w:rFonts w:ascii="Helvetica Neue" w:hAnsi="Helvetica Neue" w:eastAsia="PingFang SC"/>
          <w:color w:val="242A33"/>
          <w:sz w:val="21"/>
        </w:rPr>
        <w:t>（十至十二年级第 4 课）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姓名：____________　小组：____________　日期：____________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一、议题归类练习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教师给出的担忧 / 期待：____________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它主要属于：□ 能力从哪里来　□ 能力该怎样被约束　□ 约束之下人怎么办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跨了两层的，说明为什么跨：____________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二、立场与论据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我们的议题：□ 技术主权　□ 伦理治理　□ 职业未来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立场（一句话）：______________________________________________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论据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出处 / 案例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事实 / 感受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①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事实　□ 感受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②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事实　□ 感受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③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事实　□ 感受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三、核验与回应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提问模板：请站在反对立场，针对我下面这个观点，提出三个最有力的质疑，要求每个质疑指出我论证中的具体漏洞。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它给的质疑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核验结论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理由（成立 / 不成立 / 查不到）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①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成立　□ 不成立　□ 查不到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②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成立　□ 不成立　□ 查不到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③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成立　□ 不成立　□ 查不到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最难回应的一条（第几条）：____________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他最强的一条理由是：______________________________________________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我的回应：______________________________________________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四、修订与承诺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我改的是第 ______ 条，改成了：____________________________________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对应的是第 ______ 条质疑；不改的理由 / 改的理由：____________________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职业任务分解（职业未来组填）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判断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理由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 1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增强　□ 替代　□ 留给人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 2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增强　□ 替代　□ 留给人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 3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增强　□ 替代　□ 留给人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 4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增强　□ 替代　□ 留给人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 5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增强　□ 替代　□ 留给人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五、班级立场书（课堂生成，课后誊清）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共识（大家都认的）：______________________________________________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分歧待议（还没想清的）：______________________________________________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六、我给自己的使用承诺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场景 + 一个可检查的动作：______________________________________________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七、课堂评价量规（自评与互评，各打一个等级）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论据可查证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回应有依据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修订有交代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行为描述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**4　迁移**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**3　熟练**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**2　合格**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**1　起步**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本量规不评价立场是否正确，只评价论证是否站得住。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任务完成流程（三步）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012-04-activity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图片：课堂活动三层对照流程图（教师 / 学生 / 平台）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看：先看老师演示一遍平台操作。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做：自己动手完成本任务单上的任务。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查：对照流程图的三个角色（教师 / 学生 / 平台），检查有没有漏做某一步。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提交前自查清单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[ ] 姓名、班级、日期已填写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[ ] 每条论据后面都写了出处，或者自己标了「感」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[ ] 三条质疑都写了核验结论和理由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[ ] 没有写家庭住址、电话等个人信息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[ ] 字迹清楚，老师能读认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家长签名：____________　　教师批改：____________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