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02 AI 图像识别·学习任务单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提示词与表达单元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【小学中高段（四至六年级）】4—6 年级</w:t>
      </w:r>
    </w:p>
    <w:p>
      <w:pPr>
        <w:spacing w:after="200"/>
        <w:pBdr>
          <w:bottom w:val="single" w:sz="12" w:space="1" w:color="C2570A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一页双面打印。表格可手写；写字慢的学生可在格子里打「√／×」代替写字。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姓名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小组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日期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实到</w:t>
      </w:r>
      <w:r>
        <w:rPr>
          <w:rFonts w:ascii="Helvetica Neue" w:hAnsi="Helvetica Neue" w:eastAsia="PingFang SC"/>
          <w:color w:val="242A33"/>
          <w:sz w:val="21"/>
        </w:rPr>
        <w:t>______ 人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一、我们组的十张图（环节二）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每人独立填，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填完之前不许和同座商量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。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624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图号</w:t>
            </w:r>
          </w:p>
        </w:tc>
        <w:tc>
          <w:tcPr>
            <w:tcW w:type="dxa" w:w="1624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1</w:t>
            </w:r>
          </w:p>
        </w:tc>
        <w:tc>
          <w:tcPr>
            <w:tcW w:type="dxa" w:w="1624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2</w:t>
            </w:r>
          </w:p>
        </w:tc>
        <w:tc>
          <w:tcPr>
            <w:tcW w:type="dxa" w:w="1624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3</w:t>
            </w:r>
          </w:p>
        </w:tc>
        <w:tc>
          <w:tcPr>
            <w:tcW w:type="dxa" w:w="1624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4</w:t>
            </w:r>
          </w:p>
        </w:tc>
        <w:tc>
          <w:tcPr>
            <w:tcW w:type="dxa" w:w="1624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5</w:t>
            </w:r>
          </w:p>
        </w:tc>
      </w:tr>
      <w:tr>
        <w:tc>
          <w:tcPr>
            <w:tcW w:type="dxa" w:w="1624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我贴的标签</w:t>
            </w:r>
          </w:p>
        </w:tc>
        <w:tc>
          <w:tcPr>
            <w:tcW w:type="dxa" w:w="1624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624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624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624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624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同座贴的标签</w:t>
            </w:r>
          </w:p>
        </w:tc>
        <w:tc>
          <w:tcPr>
            <w:tcW w:type="dxa" w:w="1624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624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624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624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624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624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图号</w:t>
            </w:r>
          </w:p>
        </w:tc>
        <w:tc>
          <w:tcPr>
            <w:tcW w:type="dxa" w:w="1624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6</w:t>
            </w:r>
          </w:p>
        </w:tc>
        <w:tc>
          <w:tcPr>
            <w:tcW w:type="dxa" w:w="1624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7</w:t>
            </w:r>
          </w:p>
        </w:tc>
        <w:tc>
          <w:tcPr>
            <w:tcW w:type="dxa" w:w="1624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8</w:t>
            </w:r>
          </w:p>
        </w:tc>
        <w:tc>
          <w:tcPr>
            <w:tcW w:type="dxa" w:w="1624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9</w:t>
            </w:r>
          </w:p>
        </w:tc>
        <w:tc>
          <w:tcPr>
            <w:tcW w:type="dxa" w:w="1624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10</w:t>
            </w:r>
          </w:p>
        </w:tc>
      </w:tr>
      <w:tr>
        <w:tc>
          <w:tcPr>
            <w:tcW w:type="dxa" w:w="1624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我贴的标签</w:t>
            </w:r>
          </w:p>
        </w:tc>
        <w:tc>
          <w:tcPr>
            <w:tcW w:type="dxa" w:w="1624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624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624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624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624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同座贴的标签</w:t>
            </w:r>
          </w:p>
        </w:tc>
        <w:tc>
          <w:tcPr>
            <w:tcW w:type="dxa" w:w="1624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624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624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624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624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二、一致性统计（环节二）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数字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完全一样的有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______ 张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不一样的有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______ 张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最不一样的是第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______ 张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那一张上，有人贴了 ＿＿＿＿＿＿，有人贴了 ＿＿＿＿＿＿。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不一样的理由是</w:t>
      </w:r>
      <w:r>
        <w:rPr>
          <w:rFonts w:ascii="Helvetica Neue" w:hAnsi="Helvetica Neue" w:eastAsia="PingFang SC"/>
          <w:color w:val="242A33"/>
          <w:sz w:val="21"/>
        </w:rPr>
        <w:t>（写两句话，不要写「我们意见不一样」）：＿＿＿＿＿＿＿＿＿＿＿＿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三、协商结果（环节三）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每张图定一个名字。定不下来的写「存疑」，并写清为什么定不下来。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624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图号</w:t>
            </w:r>
          </w:p>
        </w:tc>
        <w:tc>
          <w:tcPr>
            <w:tcW w:type="dxa" w:w="1624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1</w:t>
            </w:r>
          </w:p>
        </w:tc>
        <w:tc>
          <w:tcPr>
            <w:tcW w:type="dxa" w:w="1624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2</w:t>
            </w:r>
          </w:p>
        </w:tc>
        <w:tc>
          <w:tcPr>
            <w:tcW w:type="dxa" w:w="1624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3</w:t>
            </w:r>
          </w:p>
        </w:tc>
        <w:tc>
          <w:tcPr>
            <w:tcW w:type="dxa" w:w="1624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4</w:t>
            </w:r>
          </w:p>
        </w:tc>
        <w:tc>
          <w:tcPr>
            <w:tcW w:type="dxa" w:w="1624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5</w:t>
            </w:r>
          </w:p>
        </w:tc>
      </w:tr>
      <w:tr>
        <w:tc>
          <w:tcPr>
            <w:tcW w:type="dxa" w:w="1624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全组定的名字</w:t>
            </w:r>
          </w:p>
        </w:tc>
        <w:tc>
          <w:tcPr>
            <w:tcW w:type="dxa" w:w="1624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624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624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624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624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624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图号</w:t>
            </w:r>
          </w:p>
        </w:tc>
        <w:tc>
          <w:tcPr>
            <w:tcW w:type="dxa" w:w="1624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6</w:t>
            </w:r>
          </w:p>
        </w:tc>
        <w:tc>
          <w:tcPr>
            <w:tcW w:type="dxa" w:w="1624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7</w:t>
            </w:r>
          </w:p>
        </w:tc>
        <w:tc>
          <w:tcPr>
            <w:tcW w:type="dxa" w:w="1624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8</w:t>
            </w:r>
          </w:p>
        </w:tc>
        <w:tc>
          <w:tcPr>
            <w:tcW w:type="dxa" w:w="1624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9</w:t>
            </w:r>
          </w:p>
        </w:tc>
        <w:tc>
          <w:tcPr>
            <w:tcW w:type="dxa" w:w="1624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10</w:t>
            </w:r>
          </w:p>
        </w:tc>
      </w:tr>
      <w:tr>
        <w:tc>
          <w:tcPr>
            <w:tcW w:type="dxa" w:w="1624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全组定的名字</w:t>
            </w:r>
          </w:p>
        </w:tc>
        <w:tc>
          <w:tcPr>
            <w:tcW w:type="dxa" w:w="1624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624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624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624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624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标了「存疑」的是第 ＿＿ 张，因为</w:t>
      </w:r>
      <w:r>
        <w:rPr>
          <w:rFonts w:ascii="Helvetica Neue" w:hAnsi="Helvetica Neue" w:eastAsia="PingFang SC"/>
          <w:color w:val="242A33"/>
          <w:sz w:val="21"/>
        </w:rPr>
        <w:t xml:space="preserve"> ＿＿＿＿＿＿＿＿＿＿＿＿＿＿＿＿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四、平台识别对照（环节四）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</w:tblGrid>
      <w:tr>
        <w:tc>
          <w:tcPr>
            <w:tcW w:type="dxa" w:w="88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图号</w:t>
            </w:r>
          </w:p>
        </w:tc>
        <w:tc>
          <w:tcPr>
            <w:tcW w:type="dxa" w:w="88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1</w:t>
            </w:r>
          </w:p>
        </w:tc>
        <w:tc>
          <w:tcPr>
            <w:tcW w:type="dxa" w:w="88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2</w:t>
            </w:r>
          </w:p>
        </w:tc>
        <w:tc>
          <w:tcPr>
            <w:tcW w:type="dxa" w:w="88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3</w:t>
            </w:r>
          </w:p>
        </w:tc>
        <w:tc>
          <w:tcPr>
            <w:tcW w:type="dxa" w:w="88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4</w:t>
            </w:r>
          </w:p>
        </w:tc>
        <w:tc>
          <w:tcPr>
            <w:tcW w:type="dxa" w:w="88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5</w:t>
            </w:r>
          </w:p>
        </w:tc>
        <w:tc>
          <w:tcPr>
            <w:tcW w:type="dxa" w:w="88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6</w:t>
            </w:r>
          </w:p>
        </w:tc>
        <w:tc>
          <w:tcPr>
            <w:tcW w:type="dxa" w:w="88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7</w:t>
            </w:r>
          </w:p>
        </w:tc>
        <w:tc>
          <w:tcPr>
            <w:tcW w:type="dxa" w:w="88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8</w:t>
            </w:r>
          </w:p>
        </w:tc>
        <w:tc>
          <w:tcPr>
            <w:tcW w:type="dxa" w:w="88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9</w:t>
            </w:r>
          </w:p>
        </w:tc>
        <w:tc>
          <w:tcPr>
            <w:tcW w:type="dxa" w:w="88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10</w:t>
            </w:r>
          </w:p>
        </w:tc>
      </w:tr>
      <w:tr>
        <w:tc>
          <w:tcPr>
            <w:tcW w:type="dxa" w:w="88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它认的</w:t>
            </w:r>
          </w:p>
        </w:tc>
        <w:tc>
          <w:tcPr>
            <w:tcW w:type="dxa" w:w="88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88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88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88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88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88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88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88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88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88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88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对上了吗</w:t>
            </w:r>
          </w:p>
        </w:tc>
        <w:tc>
          <w:tcPr>
            <w:tcW w:type="dxa" w:w="88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88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88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88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88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88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88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88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88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88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数字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对上了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______ 张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对不上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______ 张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它说看不出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______ 张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五、认错的那几张，出在哪一头（环节四）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它没认对的原因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勾选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这张图本身难认（不清楚、不像、有遮挡）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我贴歪了，它照着学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我们写得太细，它写得太粗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我这样判断的理由是</w:t>
      </w:r>
      <w:r>
        <w:rPr>
          <w:rFonts w:ascii="Helvetica Neue" w:hAnsi="Helvetica Neue" w:eastAsia="PingFang SC"/>
          <w:color w:val="242A33"/>
          <w:sz w:val="21"/>
        </w:rPr>
        <w:t>：＿＿＿＿＿＿＿＿＿＿＿＿＿＿＿＿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六、我的自评（四级量规）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完整量规在这里，不在课件上。</w:t>
      </w:r>
      <w:r>
        <w:rPr>
          <w:rFonts w:ascii="Helvetica Neue" w:hAnsi="Helvetica Neue" w:eastAsia="PingFang SC"/>
          <w:color w:val="242A33"/>
          <w:sz w:val="21"/>
        </w:rPr>
        <w:t xml:space="preserve"> 投影屏只放得下一张缩略表，完整的行为描述写在这里，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你可以对着它逐格打勾——每一格先想一想再勾，不要从上往下顺手勾满。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等级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贴得完整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找得出分歧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归得了因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4 迁移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十张全贴且都能说出为什么这么贴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能指出两处分歧，比较哪一处更值得商榷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能把「两头查」用到本课之外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3 熟练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十张全贴，统一标签已填入第三节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找出一处分歧并说出分歧出在哪里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能分清是标签错还是图难认，并给出理由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 合格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贴满 8 张以上，统一标签已填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找出一处分歧并抄下两种标签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能从「标签」「图」中选出一个并说明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 起步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贴了 5 张以下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只写出两种标签，说不出分歧在哪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只会说「它认错了」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三格全在 3 及以上 = 本课目标达成。三格里有 1 = 达到合格。下节课前把起步格补上来。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写字慢的同学：老师读一格，你指一个等级。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我今天最想说的一句话是</w:t>
      </w:r>
      <w:r>
        <w:rPr>
          <w:rFonts w:ascii="Helvetica Neue" w:hAnsi="Helvetica Neue" w:eastAsia="PingFang SC"/>
          <w:color w:val="242A33"/>
          <w:sz w:val="21"/>
        </w:rPr>
        <w:t>：＿＿＿＿＿＿＿＿＿＿＿＿＿＿＿＿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七、人工智能素养成长档案（第 2 格）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档案项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我留下的证据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老师记录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一次「先分歧、再统一」的完整记录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两种标签 + 统一标签 + 原因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已归档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一条两头查的归因句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我的原话：____________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已归档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一句「我原来觉得贴什么都行」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我的原话（没有就空着）：____________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已归档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家长签名</w:t>
      </w:r>
      <w:r>
        <w:rPr>
          <w:rFonts w:ascii="Helvetica Neue" w:hAnsi="Helvetica Neue" w:eastAsia="PingFang SC"/>
          <w:color w:val="242A33"/>
          <w:sz w:val="21"/>
        </w:rPr>
        <w:t xml:space="preserve">____________　　</w:t>
      </w:r>
      <w:r>
        <w:rPr>
          <w:rFonts w:ascii="Helvetica Neue" w:hAnsi="Helvetica Neue" w:eastAsia="PingFang SC"/>
          <w:b/>
          <w:color w:val="242A33"/>
          <w:sz w:val="21"/>
        </w:rPr>
        <w:t>教师批改</w:t>
      </w:r>
      <w:r>
        <w:rPr>
          <w:rFonts w:ascii="Helvetica Neue" w:hAnsi="Helvetica Neue" w:eastAsia="PingFang SC"/>
          <w:color w:val="242A33"/>
          <w:sz w:val="21"/>
        </w:rPr>
        <w:t>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