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01 AI 辅助编程·学习任务单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技术逻辑与工程思维入门（第 1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【初中（七至九年级）】7—9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一页双面打印。表格可手写，也可在方框里打勾代替写字（表达或书写有困难的学生适用）。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姓名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小组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日期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实到</w:t>
      </w:r>
      <w:r>
        <w:rPr>
          <w:rFonts w:ascii="Helvetica Neue" w:hAnsi="Helvetica Neue" w:eastAsia="PingFang SC"/>
          <w:color w:val="242A33"/>
          <w:sz w:val="21"/>
        </w:rPr>
        <w:t>______ 人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一、需求清单（目标 2）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请把教师说的、你同意的三条需求写在这里。</w:t>
      </w:r>
      <w:r>
        <w:rPr>
          <w:rFonts w:ascii="Helvetica Neue" w:hAnsi="Helvetica Neue" w:eastAsia="PingFang SC"/>
          <w:b/>
          <w:color w:val="242A33"/>
          <w:sz w:val="21"/>
        </w:rPr>
        <w:t>后面每一条都要被检查一遍。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我希望这个程序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我的答案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① 一次出几道题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② 怎么算答对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③ 最后要不要给等级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二、代码阅读路线图（目标 1）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从第一行读到打印那一行，每一站只填一句：</w:t>
      </w:r>
      <w:r>
        <w:rPr>
          <w:rFonts w:ascii="Helvetica Neue" w:hAnsi="Helvetica Neue" w:eastAsia="PingFang SC"/>
          <w:b/>
          <w:color w:val="242A33"/>
          <w:sz w:val="21"/>
        </w:rPr>
        <w:t>这里放了什么？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站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我读到的（自己写）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听讲解后补正（不一样就画箭头）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变量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输入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判断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打印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三、两轮对照表（目标 2、3）｜本任务单最重要的一页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两轮的「我以为」共用同一格，请不要重写。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轮次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我以为它打印什么（只写一次）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它实际打印的是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我判断差在哪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第一轮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第二轮（我补了哪条需求：__________）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同上，不重写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对上了　□ 没对上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注意</w:t>
      </w:r>
      <w:r>
        <w:rPr>
          <w:rFonts w:ascii="Helvetica Neue" w:hAnsi="Helvetica Neue" w:eastAsia="PingFang SC"/>
          <w:color w:val="242A33"/>
          <w:sz w:val="21"/>
        </w:rPr>
        <w:t>：差在「代码写错了」不算，请写成「我漏说了 ______」。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四、我的自评（四级量规）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完整量规在这里，不在课件上。</w:t>
      </w:r>
      <w:r>
        <w:rPr>
          <w:rFonts w:ascii="Helvetica Neue" w:hAnsi="Helvetica Neue" w:eastAsia="PingFang SC"/>
          <w:color w:val="242A33"/>
          <w:sz w:val="21"/>
        </w:rPr>
        <w:t xml:space="preserve"> 投影屏只放得下一张缩略表，完整的行为描述写在这里，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你可以对着它逐格打勾——每一格先想一想再勾，不要从上往下顺手勾满。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我能做到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4 迁移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3 熟练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2 合格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1 起步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读得准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不用提醒就能指出三处，并说清改哪行会影响什么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三处位置都能指认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能指出其中 2 处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指不出位置，只会说看不懂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预测得准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预测前先说我凭什么猜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两轮都先写了预测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写了两轮中的一轮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看完讲解才填，预测是抄的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改得对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能把补需求用到别的程序上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第二轮写的缺口确实在需求里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写了 1 条修改建议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写的是「代码写错了」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三格全在 3 及以上 = 本课目标达成。三格里有 1 = 达到合格。下节课前把起步格补上来。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书写有困难时：老师读一格，你指一个等级。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五、人机责任单（目标 3）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我写的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这段程序里，**它**负责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这段程序里，**我**负责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同桌互评打勾：□ 我没有写「它全负责」　□ 我没有写「我只要复制粘贴」　□ 我写的是判断，不是流程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家长签名</w:t>
      </w:r>
      <w:r>
        <w:rPr>
          <w:rFonts w:ascii="Helvetica Neue" w:hAnsi="Helvetica Neue" w:eastAsia="PingFang SC"/>
          <w:color w:val="242A33"/>
          <w:sz w:val="21"/>
        </w:rPr>
        <w:t xml:space="preserve">____________　　</w:t>
      </w:r>
      <w:r>
        <w:rPr>
          <w:rFonts w:ascii="Helvetica Neue" w:hAnsi="Helvetica Neue" w:eastAsia="PingFang SC"/>
          <w:b/>
          <w:color w:val="242A33"/>
          <w:sz w:val="21"/>
        </w:rPr>
        <w:t>教师批改</w:t>
      </w:r>
      <w:r>
        <w:rPr>
          <w:rFonts w:ascii="Helvetica Neue" w:hAnsi="Helvetica Neue" w:eastAsia="PingFang SC"/>
          <w:color w:val="242A33"/>
          <w:sz w:val="21"/>
        </w:rPr>
        <w:t>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