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机器学习流程·课后作业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2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：树叶数据集诊断报告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：1 周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：纸质报告或在线文档均可；若在平台房间内继续补充讨论，可把结论写在课堂板书记录区，教师将在下一节课抽查。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层级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对应目标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按收集—标注—训练—测试—改进顺序写出五步流程，每一步各写 1 个「这里可能出什么数据问题」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提高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选一个你信任的 AI 应用（例如拍照识花、扫码识物），列出 1 个它可能因数据质量出错的地方，并给出 1 条改进建议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2、3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拓展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用平台图片识别再上传 1 张新树叶照片，记录识别结果；对比课堂上两张误判样本，写一篇 300 字以内的「给机器老师的一封信」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提交前自查清单（逐项打勾）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每一条归因都写清了我看到了什么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没有把识别结果当成正确结论写上去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19555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AutoML-diagra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955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3｜自动化机器学习流程图：数据准备、模型工程、模型生成、模型评估四个环节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贡献者 · CC BY-SA 4.0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观察上图：它把本课说的「训练」这一步展开成了好几格。请用本课所学写一两句话——</w:t>
      </w:r>
      <w:r>
        <w:rPr>
          <w:rFonts w:ascii="Helvetica Neue" w:hAnsi="Helvetica Neue" w:eastAsia="PingFang SC"/>
          <w:b/>
          <w:color w:val="242A33"/>
          <w:sz w:val="21"/>
        </w:rPr>
        <w:t>这里面哪几格是你能决定的？</w:t>
      </w:r>
      <w:r>
        <w:rPr>
          <w:rFonts w:ascii="Helvetica Neue" w:hAnsi="Helvetica Neue" w:eastAsia="PingFang SC"/>
          <w:color w:val="242A33"/>
          <w:sz w:val="21"/>
        </w:rPr>
        <w:t xml:space="preserve"> 可以请教家长或老师，不要求标准答案。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