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AI 伦理与社会·参考讲稿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议题发布·先立三条边界（0—6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</w:t>
      </w:r>
      <w:r>
        <w:rPr>
          <w:rFonts w:ascii="Helvetica Neue" w:hAnsi="Helvetica Neue" w:eastAsia="PingFang SC"/>
          <w:b/>
          <w:color w:val="242A33"/>
          <w:sz w:val="21"/>
        </w:rPr>
        <w:t>先不回答「到底能不能用 AI」。</w:t>
      </w:r>
      <w:r>
        <w:rPr>
          <w:rFonts w:ascii="Helvetica Neue" w:hAnsi="Helvetica Neue" w:eastAsia="PingFang SC"/>
          <w:color w:val="242A33"/>
          <w:sz w:val="21"/>
        </w:rPr>
        <w:t xml:space="preserve"> 这个问题的价值在环节五，那时学生手里有三张纸。]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「同学们好。先说两条很短的消息。第一条：有人的求职推荐结果里，</w:t>
      </w:r>
      <w:r>
        <w:rPr>
          <w:rFonts w:ascii="Helvetica Neue" w:hAnsi="Helvetica Neue" w:eastAsia="PingFang SC"/>
          <w:b/>
          <w:color w:val="242A33"/>
          <w:sz w:val="21"/>
        </w:rPr>
        <w:t>出现了一边倒的倾向</w:t>
      </w:r>
      <w:r>
        <w:rPr>
          <w:rFonts w:ascii="Helvetica Neue" w:hAnsi="Helvetica Neue" w:eastAsia="PingFang SC"/>
          <w:color w:val="242A33"/>
          <w:sz w:val="21"/>
        </w:rPr>
        <w:t>。第二条：一段 AI 写的校园新闻被同学当成真的转发了，转到班主任那里才发现，</w:t>
      </w:r>
      <w:r>
        <w:rPr>
          <w:rFonts w:ascii="Helvetica Neue" w:hAnsi="Helvetica Neue" w:eastAsia="PingFang SC"/>
          <w:b/>
          <w:color w:val="242A33"/>
          <w:sz w:val="21"/>
        </w:rPr>
        <w:t>日期和活动名称全对不上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「今天这节课我们不比哪个工具更好，也不比谁更懂 AI。</w:t>
      </w:r>
      <w:r>
        <w:rPr>
          <w:rFonts w:ascii="Helvetica Neue" w:hAnsi="Helvetica Neue" w:eastAsia="PingFang SC"/>
          <w:b/>
          <w:color w:val="242A33"/>
          <w:sz w:val="21"/>
        </w:rPr>
        <w:t>我们只做一件事：做完三次实验，把看到的写下来。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「开始之前，我要把三条规矩说清楚，大家跟我读一遍——</w:t>
      </w:r>
      <w:r>
        <w:rPr>
          <w:rFonts w:ascii="Helvetica Neue" w:hAnsi="Helvetica Neue" w:eastAsia="PingFang SC"/>
          <w:b/>
          <w:color w:val="242A33"/>
          <w:sz w:val="21"/>
        </w:rPr>
        <w:t>只讨论我们平台上做过的，不讨论别的；不输入自己和他人的真实信息；没核查过的内容，不许往班群里发。</w:t>
      </w:r>
      <w:r>
        <w:rPr>
          <w:rFonts w:ascii="Helvetica Neue" w:hAnsi="Helvetica Neue" w:eastAsia="PingFang SC"/>
          <w:color w:val="242A33"/>
          <w:sz w:val="21"/>
        </w:rPr>
        <w:t xml:space="preserve"> 这三条不是建议，是这节课的门票。」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[设计意图提示：三条边界要</w:t>
      </w:r>
      <w:r>
        <w:rPr>
          <w:rFonts w:ascii="Helvetica Neue" w:hAnsi="Helvetica Neue" w:eastAsia="PingFang SC"/>
          <w:b/>
          <w:color w:val="242A33"/>
          <w:sz w:val="21"/>
        </w:rPr>
        <w:t>齐读一遍</w:t>
      </w:r>
      <w:r>
        <w:rPr>
          <w:rFonts w:ascii="Helvetica Neue" w:hAnsi="Helvetica Neue" w:eastAsia="PingFang SC"/>
          <w:color w:val="242A33"/>
          <w:sz w:val="21"/>
        </w:rPr>
        <w:t>。伦理课失控通常不是学生不想学，而是讨论跑到证据之外；齐读是把课堂的默认发言方式从「我听说」换成「我看到」。]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「现在请每组定三个岗位：</w:t>
      </w:r>
      <w:r>
        <w:rPr>
          <w:rFonts w:ascii="Helvetica Neue" w:hAnsi="Helvetica Neue" w:eastAsia="PingFang SC"/>
          <w:b/>
          <w:color w:val="242A33"/>
          <w:sz w:val="21"/>
        </w:rPr>
        <w:t>记录员、发言员、核查员</w:t>
      </w:r>
      <w:r>
        <w:rPr>
          <w:rFonts w:ascii="Helvetica Neue" w:hAnsi="Helvetica Neue" w:eastAsia="PingFang SC"/>
          <w:color w:val="242A33"/>
          <w:sz w:val="21"/>
        </w:rPr>
        <w:t>。等一下三个实验，每一个都有一次发言机会。」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偏见实验·同题三问（6—16 分钟）｜本课主战场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</w:t>
      </w:r>
      <w:r>
        <w:rPr>
          <w:rFonts w:ascii="Helvetica Neue" w:hAnsi="Helvetica Neue" w:eastAsia="PingFang SC"/>
          <w:b/>
          <w:color w:val="242A33"/>
          <w:sz w:val="21"/>
        </w:rPr>
        <w:t>巡视时只查一件事——输入框里是不是换题目了。</w:t>
      </w:r>
      <w:r>
        <w:rPr>
          <w:rFonts w:ascii="Helvetica Neue" w:hAnsi="Helvetica Neue" w:eastAsia="PingFang SC"/>
          <w:color w:val="242A33"/>
          <w:sz w:val="21"/>
        </w:rPr>
        <w:t xml:space="preserve"> 其他问题一律不动。]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「大家看黑板上这三个问题。</w:t>
      </w:r>
      <w:r>
        <w:rPr>
          <w:rFonts w:ascii="Helvetica Neue" w:hAnsi="Helvetica Neue" w:eastAsia="PingFang SC"/>
          <w:b/>
          <w:color w:val="242A33"/>
          <w:sz w:val="21"/>
        </w:rPr>
        <w:t>题目是同一个</w:t>
      </w:r>
      <w:r>
        <w:rPr>
          <w:rFonts w:ascii="Helvetica Neue" w:hAnsi="Helvetica Neue" w:eastAsia="PingFang SC"/>
          <w:color w:val="242A33"/>
          <w:sz w:val="21"/>
        </w:rPr>
        <w:t>：什么样的人更适合学编程。区别只在于怎么问。」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「A 是笼统地问。B 多给了两样东西：对象是初二学生，每天只有 40 分钟。C 换了个方向——</w:t>
      </w:r>
      <w:r>
        <w:rPr>
          <w:rFonts w:ascii="Helvetica Neue" w:hAnsi="Helvetica Neue" w:eastAsia="PingFang SC"/>
          <w:b/>
          <w:color w:val="242A33"/>
          <w:sz w:val="21"/>
        </w:rPr>
        <w:t>照 A 的建议挑人，可能会漏掉谁？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「现在请各组按分配好的模板输入。</w:t>
      </w:r>
      <w:r>
        <w:rPr>
          <w:rFonts w:ascii="Helvetica Neue" w:hAnsi="Helvetica Neue" w:eastAsia="PingFang SC"/>
          <w:b/>
          <w:color w:val="242A33"/>
          <w:sz w:val="21"/>
        </w:rPr>
        <w:t>只盯一件事：它的第一句话。</w:t>
      </w:r>
      <w:r>
        <w:rPr>
          <w:rFonts w:ascii="Helvetica Neue" w:hAnsi="Helvetica Neue" w:eastAsia="PingFang SC"/>
          <w:color w:val="242A33"/>
          <w:sz w:val="21"/>
        </w:rPr>
        <w:t xml:space="preserve"> 不要看它后面写得多不多，先看它第一句是怎么下的判断。」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[追问句：如果学生说「它这就是随便说」，回一句：「那我们换个问法再问一次——B 组的第一句和 A 组差在哪儿？」]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[过渡语：抽两组对比时，</w:t>
      </w:r>
      <w:r>
        <w:rPr>
          <w:rFonts w:ascii="Helvetica Neue" w:hAnsi="Helvetica Neue" w:eastAsia="PingFang SC"/>
          <w:b/>
          <w:color w:val="242A33"/>
          <w:sz w:val="21"/>
        </w:rPr>
        <w:t>先让两组各念一遍第一句</w:t>
      </w:r>
      <w:r>
        <w:rPr>
          <w:rFonts w:ascii="Helvetica Neue" w:hAnsi="Helvetica Neue" w:eastAsia="PingFang SC"/>
          <w:color w:val="242A33"/>
          <w:sz w:val="21"/>
        </w:rPr>
        <w:t>，再问「差在哪个词上」。]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「请第一组和第二组把第一句话念出来。……差在这儿。</w:t>
      </w:r>
      <w:r>
        <w:rPr>
          <w:rFonts w:ascii="Helvetica Neue" w:hAnsi="Helvetica Neue" w:eastAsia="PingFang SC"/>
          <w:b/>
          <w:color w:val="242A33"/>
          <w:sz w:val="21"/>
        </w:rPr>
        <w:t>B 组多了一句『每天只有 40 分钟』，它的第一句就变了。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「现在我们改一句话。刚才有人说『AI 有偏见』。这句话对不对？先放着。我要你们把它改写成</w:t>
      </w:r>
      <w:r>
        <w:rPr>
          <w:rFonts w:ascii="Helvetica Neue" w:hAnsi="Helvetica Neue" w:eastAsia="PingFang SC"/>
          <w:b/>
          <w:color w:val="242A33"/>
          <w:sz w:val="21"/>
        </w:rPr>
        <w:t>一句能被复核的话</w:t>
      </w:r>
      <w:r>
        <w:rPr>
          <w:rFonts w:ascii="Helvetica Neue" w:hAnsi="Helvetica Neue" w:eastAsia="PingFang SC"/>
          <w:color w:val="242A33"/>
          <w:sz w:val="21"/>
        </w:rPr>
        <w:t>——用你这组记录单上的证据说。」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[设计意图提示：改写是本环节的落点。</w:t>
      </w:r>
      <w:r>
        <w:rPr>
          <w:rFonts w:ascii="Helvetica Neue" w:hAnsi="Helvetica Neue" w:eastAsia="PingFang SC"/>
          <w:b/>
          <w:color w:val="242A33"/>
          <w:sz w:val="21"/>
        </w:rPr>
        <w:t>「AI 有偏见」必须落到「我们换了一种问法，它的第一句话就变了」</w:t>
      </w:r>
      <w:r>
        <w:rPr>
          <w:rFonts w:ascii="Helvetica Neue" w:hAnsi="Helvetica Neue" w:eastAsia="PingFang SC"/>
          <w:color w:val="242A33"/>
          <w:sz w:val="21"/>
        </w:rPr>
        <w:t>，否则它就只是一句无法核对的道德判决。]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隐私实验·导出留痕（16—26 分钟）｜本课主战场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</w:t>
      </w:r>
      <w:r>
        <w:rPr>
          <w:rFonts w:ascii="Helvetica Neue" w:hAnsi="Helvetica Neue" w:eastAsia="PingFang SC"/>
          <w:b/>
          <w:color w:val="242A33"/>
          <w:sz w:val="21"/>
        </w:rPr>
        <w:t>假信息先口头给格式，巡视时逐组查红线。</w:t>
      </w:r>
      <w:r>
        <w:rPr>
          <w:rFonts w:ascii="Helvetica Neue" w:hAnsi="Helvetica Neue" w:eastAsia="PingFang SC"/>
          <w:color w:val="242A33"/>
          <w:sz w:val="21"/>
        </w:rPr>
        <w:t xml:space="preserve"> 出现真实姓名当场停止该组。]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「接下来这件事看起来很小，其实很重要。请每组在记录单上写下</w:t>
      </w:r>
      <w:r>
        <w:rPr>
          <w:rFonts w:ascii="Helvetica Neue" w:hAnsi="Helvetica Neue" w:eastAsia="PingFang SC"/>
          <w:b/>
          <w:color w:val="242A33"/>
          <w:sz w:val="21"/>
        </w:rPr>
        <w:t>三行你愿意为这节课输入的假信息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「写法我给个样子：</w:t>
      </w:r>
      <w:r>
        <w:rPr>
          <w:rFonts w:ascii="Helvetica Neue" w:hAnsi="Helvetica Neue" w:eastAsia="PingFang SC"/>
          <w:b/>
          <w:color w:val="242A33"/>
          <w:sz w:val="21"/>
        </w:rPr>
        <w:t>姓名</w:t>
      </w:r>
      <w:r>
        <w:rPr>
          <w:rFonts w:ascii="Helvetica Neue" w:hAnsi="Helvetica Neue" w:eastAsia="PingFang SC"/>
          <w:color w:val="242A33"/>
          <w:sz w:val="21"/>
        </w:rPr>
        <w:t>像真名但不是真名，</w:t>
      </w:r>
      <w:r>
        <w:rPr>
          <w:rFonts w:ascii="Helvetica Neue" w:hAnsi="Helvetica Neue" w:eastAsia="PingFang SC"/>
          <w:b/>
          <w:color w:val="242A33"/>
          <w:sz w:val="21"/>
        </w:rPr>
        <w:t>学号</w:t>
      </w:r>
      <w:r>
        <w:rPr>
          <w:rFonts w:ascii="Helvetica Neue" w:hAnsi="Helvetica Neue" w:eastAsia="PingFang SC"/>
          <w:color w:val="242A33"/>
          <w:sz w:val="21"/>
        </w:rPr>
        <w:t>八位数字，</w:t>
      </w:r>
      <w:r>
        <w:rPr>
          <w:rFonts w:ascii="Helvetica Neue" w:hAnsi="Helvetica Neue" w:eastAsia="PingFang SC"/>
          <w:b/>
          <w:color w:val="242A33"/>
          <w:sz w:val="21"/>
        </w:rPr>
        <w:t>成绩</w:t>
      </w:r>
      <w:r>
        <w:rPr>
          <w:rFonts w:ascii="Helvetica Neue" w:hAnsi="Helvetica Neue" w:eastAsia="PingFang SC"/>
          <w:color w:val="242A33"/>
          <w:sz w:val="21"/>
        </w:rPr>
        <w:t>一个具体数字。」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「有三条线不能碰：</w:t>
      </w:r>
      <w:r>
        <w:rPr>
          <w:rFonts w:ascii="Helvetica Neue" w:hAnsi="Helvetica Neue" w:eastAsia="PingFang SC"/>
          <w:b/>
          <w:color w:val="242A33"/>
          <w:sz w:val="21"/>
        </w:rPr>
        <w:t>不能写任何真实同学的名字，不能写真实学号，不能写真实成绩。</w:t>
      </w:r>
      <w:r>
        <w:rPr>
          <w:rFonts w:ascii="Helvetica Neue" w:hAnsi="Helvetica Neue" w:eastAsia="PingFang SC"/>
          <w:color w:val="242A33"/>
          <w:sz w:val="21"/>
        </w:rPr>
        <w:t xml:space="preserve"> 假的是身份，不是内容。」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「写好之后，组里另一个人念一遍，他来判断有没有踩线。」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「现在全部输入。</w:t>
      </w:r>
      <w:r>
        <w:rPr>
          <w:rFonts w:ascii="Helvetica Neue" w:hAnsi="Helvetica Neue" w:eastAsia="PingFang SC"/>
          <w:b/>
          <w:color w:val="242A33"/>
          <w:sz w:val="21"/>
        </w:rPr>
        <w:t>输完之后请不要退出房间。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[操作提示：点导出课堂前</w:t>
      </w:r>
      <w:r>
        <w:rPr>
          <w:rFonts w:ascii="Helvetica Neue" w:hAnsi="Helvetica Neue" w:eastAsia="PingFang SC"/>
          <w:b/>
          <w:color w:val="242A33"/>
          <w:sz w:val="21"/>
        </w:rPr>
        <w:t>先说一句</w:t>
      </w:r>
      <w:r>
        <w:rPr>
          <w:rFonts w:ascii="Helvetica Neue" w:hAnsi="Helvetica Neue" w:eastAsia="PingFang SC"/>
          <w:color w:val="242A33"/>
          <w:sz w:val="21"/>
        </w:rPr>
        <w:t>：「接下来我要点导出，把这个课堂打包下载。</w:t>
      </w:r>
      <w:r>
        <w:rPr>
          <w:rFonts w:ascii="Helvetica Neue" w:hAnsi="Helvetica Neue" w:eastAsia="PingFang SC"/>
          <w:b/>
          <w:color w:val="242A33"/>
          <w:sz w:val="21"/>
        </w:rPr>
        <w:t>下载下来的文件里，会有你们刚才写的那三行。</w:t>
      </w:r>
      <w:r>
        <w:rPr>
          <w:rFonts w:ascii="Helvetica Neue" w:hAnsi="Helvetica Neue" w:eastAsia="PingFang SC"/>
          <w:color w:val="242A33"/>
          <w:sz w:val="21"/>
        </w:rPr>
        <w:t>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「我打开文件了。现在请六个组一起找——</w:t>
      </w:r>
      <w:r>
        <w:rPr>
          <w:rFonts w:ascii="Helvetica Neue" w:hAnsi="Helvetica Neue" w:eastAsia="PingFang SC"/>
          <w:b/>
          <w:color w:val="242A33"/>
          <w:sz w:val="21"/>
        </w:rPr>
        <w:t>你刚才写的那三行，在不在？</w:t>
      </w:r>
      <w:r>
        <w:rPr>
          <w:rFonts w:ascii="Helvetica Neue" w:hAnsi="Helvetica Neue" w:eastAsia="PingFang SC"/>
          <w:color w:val="242A33"/>
          <w:sz w:val="21"/>
        </w:rPr>
        <w:t xml:space="preserve"> 找到的举手。」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「好，没找到的组也举个手。</w:t>
      </w:r>
      <w:r>
        <w:rPr>
          <w:rFonts w:ascii="Helvetica Neue" w:hAnsi="Helvetica Neue" w:eastAsia="PingFang SC"/>
          <w:b/>
          <w:color w:val="242A33"/>
          <w:sz w:val="21"/>
        </w:rPr>
        <w:t>没找到也是一条证据，我们记 0，不记『应该留着了』。</w:t>
      </w:r>
      <w:r>
        <w:rPr>
          <w:rFonts w:ascii="Helvetica Neue" w:hAnsi="Helvetica Neue" w:eastAsia="PingFang SC"/>
          <w:color w:val="242A33"/>
          <w:sz w:val="21"/>
        </w:rPr>
        <w:t xml:space="preserve"> 这就是我们的方法：</w:t>
      </w:r>
      <w:r>
        <w:rPr>
          <w:rFonts w:ascii="Helvetica Neue" w:hAnsi="Helvetica Neue" w:eastAsia="PingFang SC"/>
          <w:b/>
          <w:color w:val="242A33"/>
          <w:sz w:val="21"/>
        </w:rPr>
        <w:t>找到记 1，找不到记 0，不猜。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「现在我问一句：哪一行是你</w:t>
      </w:r>
      <w:r>
        <w:rPr>
          <w:rFonts w:ascii="Helvetica Neue" w:hAnsi="Helvetica Neue" w:eastAsia="PingFang SC"/>
          <w:b/>
          <w:color w:val="242A33"/>
          <w:sz w:val="21"/>
        </w:rPr>
        <w:t>没想到</w:t>
      </w:r>
      <w:r>
        <w:rPr>
          <w:rFonts w:ascii="Helvetica Neue" w:hAnsi="Helvetica Neue" w:eastAsia="PingFang SC"/>
          <w:color w:val="242A33"/>
          <w:sz w:val="21"/>
        </w:rPr>
        <w:t>会留下的？」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[设计意图提示：「删除不是撤销，下载不是暂存」这句话要让</w:t>
      </w:r>
      <w:r>
        <w:rPr>
          <w:rFonts w:ascii="Helvetica Neue" w:hAnsi="Helvetica Neue" w:eastAsia="PingFang SC"/>
          <w:b/>
          <w:color w:val="242A33"/>
          <w:sz w:val="21"/>
        </w:rPr>
        <w:t>学生自己说出来</w:t>
      </w:r>
      <w:r>
        <w:rPr>
          <w:rFonts w:ascii="Helvetica Neue" w:hAnsi="Helvetica Neue" w:eastAsia="PingFang SC"/>
          <w:color w:val="242A33"/>
          <w:sz w:val="21"/>
        </w:rPr>
        <w:t>，教师不要先给。可以追问：「你删掉输入框里的字，它就真的没了吗？」]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核查实验·三步查新闻（26—36 分钟）｜本课主战场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</w:t>
      </w:r>
      <w:r>
        <w:rPr>
          <w:rFonts w:ascii="Helvetica Neue" w:hAnsi="Helvetica Neue" w:eastAsia="PingFang SC"/>
          <w:b/>
          <w:color w:val="242A33"/>
          <w:sz w:val="21"/>
        </w:rPr>
        <w:t>投票一定在核查之前。</w:t>
      </w:r>
      <w:r>
        <w:rPr>
          <w:rFonts w:ascii="Helvetica Neue" w:hAnsi="Helvetica Neue" w:eastAsia="PingFang SC"/>
          <w:color w:val="242A33"/>
          <w:sz w:val="21"/>
        </w:rPr>
        <w:t xml:space="preserve"> 顺序反了，核查就变成给已知答案找例子。]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「最后一段。先投票，</w:t>
      </w:r>
      <w:r>
        <w:rPr>
          <w:rFonts w:ascii="Helvetica Neue" w:hAnsi="Helvetica Neue" w:eastAsia="PingFang SC"/>
          <w:b/>
          <w:color w:val="242A33"/>
          <w:sz w:val="21"/>
        </w:rPr>
        <w:t>举手就行，不用写名字</w:t>
      </w:r>
      <w:r>
        <w:rPr>
          <w:rFonts w:ascii="Helvetica Neue" w:hAnsi="Helvetica Neue" w:eastAsia="PingFang SC"/>
          <w:color w:val="242A33"/>
          <w:sz w:val="21"/>
        </w:rPr>
        <w:t>。一段 AI 写的新闻出错了，谁该负责？」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[投票前先给例子：「提示者＝问它的那双手；输入者＝按下发送的人；审核者＝把它发出去、并且第一个看到的人；平台治理＝提供这套规则的一方。」]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「好，</w:t>
      </w:r>
      <w:r>
        <w:rPr>
          <w:rFonts w:ascii="Helvetica Neue" w:hAnsi="Helvetica Neue" w:eastAsia="PingFang SC"/>
          <w:b/>
          <w:color w:val="242A33"/>
          <w:sz w:val="21"/>
        </w:rPr>
        <w:t>先记下这个数</w:t>
      </w:r>
      <w:r>
        <w:rPr>
          <w:rFonts w:ascii="Helvetica Neue" w:hAnsi="Helvetica Neue" w:eastAsia="PingFang SC"/>
          <w:color w:val="242A33"/>
          <w:sz w:val="21"/>
        </w:rPr>
        <w:t>。我们做完核查再回来看。」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「现在看它写了什么。</w:t>
      </w:r>
      <w:r>
        <w:rPr>
          <w:rFonts w:ascii="Helvetica Neue" w:hAnsi="Helvetica Neue" w:eastAsia="PingFang SC"/>
          <w:b/>
          <w:color w:val="242A33"/>
          <w:sz w:val="21"/>
        </w:rPr>
        <w:t>核查只有三步，一步一步打勾，不要跳。</w:t>
      </w:r>
      <w:r>
        <w:rPr>
          <w:rFonts w:ascii="Helvetica Neue" w:hAnsi="Helvetica Neue" w:eastAsia="PingFang SC"/>
          <w:color w:val="242A33"/>
          <w:sz w:val="21"/>
        </w:rPr>
        <w:t xml:space="preserve"> 第一步，它给了出处吗。第二步，日期地点在校园里对得上吗。第三步，名字和奖项，你身边有人见过吗。」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「三分钟。开始。」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[巡视时只查一件事：三步打勾了没有。]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「查到什么？……第六组，你查到了什么。」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「日期差了整整一个月。好问题来了——</w:t>
      </w:r>
      <w:r>
        <w:rPr>
          <w:rFonts w:ascii="Helvetica Neue" w:hAnsi="Helvetica Neue" w:eastAsia="PingFang SC"/>
          <w:b/>
          <w:color w:val="242A33"/>
          <w:sz w:val="21"/>
        </w:rPr>
        <w:t>那学校发通知了吗？</w:t>
      </w:r>
      <w:r>
        <w:rPr>
          <w:rFonts w:ascii="Helvetica Neue" w:hAnsi="Helvetica Neue" w:eastAsia="PingFang SC"/>
          <w:color w:val="242A33"/>
          <w:sz w:val="21"/>
        </w:rPr>
        <w:t xml:space="preserve"> 你们自己翻一下通知。」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[设计意图提示：结论用词要限死。</w:t>
      </w:r>
      <w:r>
        <w:rPr>
          <w:rFonts w:ascii="Helvetica Neue" w:hAnsi="Helvetica Neue" w:eastAsia="PingFang SC"/>
          <w:b/>
          <w:color w:val="242A33"/>
          <w:sz w:val="21"/>
        </w:rPr>
        <w:t>查不到只能说「未证实」，不能写「假的」。</w:t>
      </w:r>
      <w:r>
        <w:rPr>
          <w:rFonts w:ascii="Helvetica Neue" w:hAnsi="Helvetica Neue" w:eastAsia="PingFang SC"/>
          <w:color w:val="242A33"/>
          <w:sz w:val="21"/>
        </w:rPr>
        <w:t xml:space="preserve"> 核查课最大的风险不是学生查不出来，而是学生学到一个比真相更省事的答案。]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公约共创·写成能查的规则（36—45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</w:t>
      </w:r>
      <w:r>
        <w:rPr>
          <w:rFonts w:ascii="Helvetica Neue" w:hAnsi="Helvetica Neue" w:eastAsia="PingFang SC"/>
          <w:b/>
          <w:color w:val="242A33"/>
          <w:sz w:val="21"/>
        </w:rPr>
        <w:t>只有一把尺子，三问全是动作问句。</w:t>
      </w:r>
      <w:r>
        <w:rPr>
          <w:rFonts w:ascii="Helvetica Neue" w:hAnsi="Helvetica Neue" w:eastAsia="PingFang SC"/>
          <w:color w:val="242A33"/>
          <w:sz w:val="21"/>
        </w:rPr>
        <w:t xml:space="preserve"> 任何一条只要有一个答案落在纸面上就能上板。]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「现在我们把讨论变成规则。每组写一条——</w:t>
      </w:r>
      <w:r>
        <w:rPr>
          <w:rFonts w:ascii="Helvetica Neue" w:hAnsi="Helvetica Neue" w:eastAsia="PingFang SC"/>
          <w:b/>
          <w:color w:val="242A33"/>
          <w:sz w:val="21"/>
        </w:rPr>
        <w:t>3 分钟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「我只有一把尺子：</w:t>
      </w:r>
      <w:r>
        <w:rPr>
          <w:rFonts w:ascii="Helvetica Neue" w:hAnsi="Helvetica Neue" w:eastAsia="PingFang SC"/>
          <w:b/>
          <w:color w:val="242A33"/>
          <w:sz w:val="21"/>
        </w:rPr>
        <w:t>什么时候做、谁来做、做完谁查。</w:t>
      </w:r>
      <w:r>
        <w:rPr>
          <w:rFonts w:ascii="Helvetica Neue" w:hAnsi="Helvetica Neue" w:eastAsia="PingFang SC"/>
          <w:color w:val="242A33"/>
          <w:sz w:val="21"/>
        </w:rPr>
        <w:t xml:space="preserve"> 你答得出两问，这条就上板。」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[逐条过筛时的三句追问：「谁检查？」「用什么标准判定？」「查不到怎么办？」]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「第一条，『禁止使用 AI』。</w:t>
      </w:r>
      <w:r>
        <w:rPr>
          <w:rFonts w:ascii="Helvetica Neue" w:hAnsi="Helvetica Neue" w:eastAsia="PingFang SC"/>
          <w:b/>
          <w:color w:val="242A33"/>
          <w:sz w:val="21"/>
        </w:rPr>
        <w:t>谁检查？用什么标准判定有人用了？</w:t>
      </w:r>
      <w:r>
        <w:rPr>
          <w:rFonts w:ascii="Helvetica Neue" w:hAnsi="Helvetica Neue" w:eastAsia="PingFang SC"/>
          <w:color w:val="242A33"/>
          <w:sz w:val="21"/>
        </w:rPr>
        <w:t xml:space="preserve"> 这条过不了尺子。</w:t>
      </w:r>
      <w:r>
        <w:rPr>
          <w:rFonts w:ascii="Helvetica Neue" w:hAnsi="Helvetica Neue" w:eastAsia="PingFang SC"/>
          <w:b/>
          <w:color w:val="242A33"/>
          <w:sz w:val="21"/>
        </w:rPr>
        <w:t>改成一条你我都查得到的。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「第二条，『要诚实使用 AI』。</w:t>
      </w:r>
      <w:r>
        <w:rPr>
          <w:rFonts w:ascii="Helvetica Neue" w:hAnsi="Helvetica Neue" w:eastAsia="PingFang SC"/>
          <w:b/>
          <w:color w:val="242A33"/>
          <w:sz w:val="21"/>
        </w:rPr>
        <w:t>『诚实』查不了。</w:t>
      </w:r>
      <w:r>
        <w:rPr>
          <w:rFonts w:ascii="Helvetica Neue" w:hAnsi="Helvetica Neue" w:eastAsia="PingFang SC"/>
          <w:color w:val="242A33"/>
          <w:sz w:val="21"/>
        </w:rPr>
        <w:t xml:space="preserve"> 换一条能看见动作的。」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「好，现在上板，全班投票。</w:t>
      </w:r>
      <w:r>
        <w:rPr>
          <w:rFonts w:ascii="Helvetica Neue" w:hAnsi="Helvetica Neue" w:eastAsia="PingFang SC"/>
          <w:b/>
          <w:color w:val="242A33"/>
          <w:sz w:val="21"/>
        </w:rPr>
        <w:t>保留三到五条。争议大的放最右边，下节课再看一次。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「保留下来这几条，我们分一下类：</w:t>
      </w:r>
      <w:r>
        <w:rPr>
          <w:rFonts w:ascii="Helvetica Neue" w:hAnsi="Helvetica Neue" w:eastAsia="PingFang SC"/>
          <w:b/>
          <w:color w:val="242A33"/>
          <w:sz w:val="21"/>
        </w:rPr>
        <w:t>哪几条是提问时要注意的，哪几条是输入时的，哪几条是发布时的。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「最后留两行，这两行今天写上就不擦了——</w:t>
      </w:r>
      <w:r>
        <w:rPr>
          <w:rFonts w:ascii="Helvetica Neue" w:hAnsi="Helvetica Neue" w:eastAsia="PingFang SC"/>
          <w:b/>
          <w:color w:val="242A33"/>
          <w:sz w:val="21"/>
        </w:rPr>
        <w:t>问法塑造偏见，输入留下痕迹，输出等着核查。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[总结只给 60 秒。陈述之后立刻布置作业，不要再补充新观点。]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「今天我们没有拿到一个答案。</w:t>
      </w:r>
      <w:r>
        <w:rPr>
          <w:rFonts w:ascii="Helvetica Neue" w:hAnsi="Helvetica Neue" w:eastAsia="PingFang SC"/>
          <w:b/>
          <w:color w:val="242A33"/>
          <w:sz w:val="21"/>
        </w:rPr>
        <w:t>我们拿到的是三张纸和一份公约。</w:t>
      </w:r>
      <w:r>
        <w:rPr>
          <w:rFonts w:ascii="Helvetica Neue" w:hAnsi="Helvetica Neue" w:eastAsia="PingFang SC"/>
          <w:color w:val="242A33"/>
          <w:sz w:val="21"/>
        </w:rPr>
        <w:t xml:space="preserve"> 下节课开始，我们用这套办法去做别的事——</w:t>
      </w:r>
      <w:r>
        <w:rPr>
          <w:rFonts w:ascii="Helvetica Neue" w:hAnsi="Helvetica Neue" w:eastAsia="PingFang SC"/>
          <w:b/>
          <w:color w:val="242A33"/>
          <w:sz w:val="21"/>
        </w:rPr>
        <w:t>用它，但先说清它的边界。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6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议题发布，当场立三条边界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同题三问，只改问法；把「有偏见」改写成可复核的句子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假信息输入 + 当众导出核查；找到记 1，找不到记 0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先投票后核查；三步打勾；「未证实」不等于「假的」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尺子三问筛规则；投票保留 3—5 条；底部两句不擦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