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伦理与社会·学习任务单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一页双面打印。表格可手写，也可在方框里打勾代替写字（书写有困难的学生适用）。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本组岗位</w:t>
      </w:r>
      <w:r>
        <w:rPr>
          <w:rFonts w:ascii="Helvetica Neue" w:hAnsi="Helvetica Neue" w:eastAsia="PingFang SC"/>
          <w:color w:val="242A33"/>
          <w:sz w:val="21"/>
        </w:rPr>
        <w:t>：记录员____________　发言员____________　核查员____________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一、三行证据（目标 1、2）｜本任务单最重要的一页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议题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我们**看到**了什么（**抄它的原话**）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记录在第几行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这说明什么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偏见　它第一句怎么说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隐私　输入 3 条，导出看见几条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责任　它声称什么，我们查到什么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规则</w:t>
      </w:r>
      <w:r>
        <w:rPr>
          <w:rFonts w:ascii="Helvetica Neue" w:hAnsi="Helvetica Neue" w:eastAsia="PingFang SC"/>
          <w:color w:val="242A33"/>
          <w:sz w:val="21"/>
        </w:rPr>
        <w:t>：① 只写你自己看到或抄下来的，</w:t>
      </w:r>
      <w:r>
        <w:rPr>
          <w:rFonts w:ascii="Helvetica Neue" w:hAnsi="Helvetica Neue" w:eastAsia="PingFang SC"/>
          <w:b/>
          <w:color w:val="242A33"/>
          <w:sz w:val="21"/>
        </w:rPr>
        <w:t>不写听说的</w:t>
      </w:r>
      <w:r>
        <w:rPr>
          <w:rFonts w:ascii="Helvetica Neue" w:hAnsi="Helvetica Neue" w:eastAsia="PingFang SC"/>
          <w:color w:val="242A33"/>
          <w:sz w:val="21"/>
        </w:rPr>
        <w:t xml:space="preserve">；② 左栏必须是原话或具体数字；③ 右栏写不出就先空着，不要凑；④ </w:t>
      </w:r>
      <w:r>
        <w:rPr>
          <w:rFonts w:ascii="Helvetica Neue" w:hAnsi="Helvetica Neue" w:eastAsia="PingFang SC"/>
          <w:b/>
          <w:color w:val="242A33"/>
          <w:sz w:val="21"/>
        </w:rPr>
        <w:t>左栏空着的这节课不算完成。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规则自问</w:t>
      </w:r>
      <w:r>
        <w:rPr>
          <w:rFonts w:ascii="Helvetica Neue" w:hAnsi="Helvetica Neue" w:eastAsia="PingFang SC"/>
          <w:color w:val="242A33"/>
          <w:sz w:val="21"/>
        </w:rPr>
        <w:t>：我说的这句话，记录单在第几行？　□ 能指出来　□ 指不出来（指不出来的请先删掉）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二、三行假信息（目标 2）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我们组写的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同组另一人核对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 姓名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没有真实同学的名字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 学号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不是任何真实学号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 成绩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不是任何真实成绩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导出结果</w:t>
      </w:r>
      <w:r>
        <w:rPr>
          <w:rFonts w:ascii="Helvetica Neue" w:hAnsi="Helvetica Neue" w:eastAsia="PingFang SC"/>
          <w:color w:val="242A33"/>
          <w:sz w:val="21"/>
        </w:rPr>
        <w:t xml:space="preserve">：找到了＿＿条　没找到＿＿条　</w:t>
      </w:r>
      <w:r>
        <w:rPr>
          <w:rFonts w:ascii="Helvetica Neue" w:hAnsi="Helvetica Neue" w:eastAsia="PingFang SC"/>
          <w:b/>
          <w:color w:val="242A33"/>
          <w:sz w:val="21"/>
        </w:rPr>
        <w:t>「没找到」也记 0，不猜。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我原以为不会留下、结果留下了的是</w:t>
      </w:r>
      <w:r>
        <w:rPr>
          <w:rFonts w:ascii="Helvetica Neue" w:hAnsi="Helvetica Neue" w:eastAsia="PingFang SC"/>
          <w:color w:val="242A33"/>
          <w:sz w:val="21"/>
        </w:rPr>
        <w:t>：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三、三步核查（目标 2）｜只做这三步，逐步打勾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AI 声称的原文（原样抄，不许改写）</w:t>
      </w:r>
      <w:r>
        <w:rPr>
          <w:rFonts w:ascii="Helvetica Neue" w:hAnsi="Helvetica Neue" w:eastAsia="PingFang SC"/>
          <w:color w:val="242A33"/>
          <w:sz w:val="21"/>
        </w:rPr>
        <w:t>：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□ 第一步　查来源：它给了出处吗　□ 给了，来源是＿＿＿＿　□ 没给，记「无出处」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□ 第二步　查日期地点：日期＿＿＿＿　地点＿＿＿＿　□ 对得上　□ 对不上，差在＿＿＿＿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□ 第三步　查有没有人用过：＿＿＿＿　□ 有人见过　□ 没人见过，记「未证实」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我查出的一处问题</w:t>
      </w:r>
      <w:r>
        <w:rPr>
          <w:rFonts w:ascii="Helvetica Neue" w:hAnsi="Helvetica Neue" w:eastAsia="PingFang SC"/>
          <w:color w:val="242A33"/>
          <w:sz w:val="21"/>
        </w:rPr>
        <w:t>：＿＿＿＿＿＿＿＿＿＿＿＿＿＿＿＿＿＿＿＿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用词自查</w:t>
      </w:r>
      <w:r>
        <w:rPr>
          <w:rFonts w:ascii="Helvetica Neue" w:hAnsi="Helvetica Neue" w:eastAsia="PingFang SC"/>
          <w:color w:val="242A33"/>
          <w:sz w:val="21"/>
        </w:rPr>
        <w:t>：我写的是「未证实」还是「假的」？　□ 未证实　□ 假的（</w:t>
      </w:r>
      <w:r>
        <w:rPr>
          <w:rFonts w:ascii="Helvetica Neue" w:hAnsi="Helvetica Neue" w:eastAsia="PingFang SC"/>
          <w:b/>
          <w:color w:val="242A33"/>
          <w:sz w:val="21"/>
        </w:rPr>
        <w:t>查不到只能写未证实</w:t>
      </w:r>
      <w:r>
        <w:rPr>
          <w:rFonts w:ascii="Helvetica Neue" w:hAnsi="Helvetica Neue" w:eastAsia="PingFang SC"/>
          <w:color w:val="242A33"/>
          <w:sz w:val="21"/>
        </w:rPr>
        <w:t>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投票栏（核查前先投）</w:t>
      </w:r>
      <w:r>
        <w:rPr>
          <w:rFonts w:ascii="Helvetica Neue" w:hAnsi="Helvetica Neue" w:eastAsia="PingFang SC"/>
          <w:color w:val="242A33"/>
          <w:sz w:val="21"/>
        </w:rPr>
        <w:t xml:space="preserve">：我投的是＿＿＿＿＿＿　</w:t>
      </w:r>
      <w:r>
        <w:rPr>
          <w:rFonts w:ascii="Helvetica Neue" w:hAnsi="Helvetica Neue" w:eastAsia="PingFang SC"/>
          <w:b/>
          <w:color w:val="242A33"/>
          <w:sz w:val="21"/>
        </w:rPr>
        <w:t>理由是</w:t>
      </w:r>
      <w:r>
        <w:rPr>
          <w:rFonts w:ascii="Helvetica Neue" w:hAnsi="Helvetica Neue" w:eastAsia="PingFang SC"/>
          <w:color w:val="242A33"/>
          <w:sz w:val="21"/>
        </w:rPr>
        <w:t>＿＿＿＿＿＿＿＿＿＿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分得清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三个议题界线清楚，还能指出哪次实验证明了哪条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三个概念各配得出一个本课例子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大致分得清，但例子是听说的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三个概念混着说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举得出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每条判断都追得到记录单行号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三条证据齐全，说得清哪条支持哪句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写了证据但没写原话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只写「感觉它有偏见」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定得下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规则三问全答得出，还说得清查不到怎么办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三问答出两问，同组能执行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规则写成了态度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写了「禁止使用」这类查不了的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达到合格。下次课前把起步格补上来。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书写有困难时：老师读一格，你指一个等级。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五、我们班的 AI 使用规则（目标 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我们组写的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规则（一句话，能检查）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什么时候做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谁来做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**做完谁查**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尺子三问</w:t>
      </w:r>
      <w:r>
        <w:rPr>
          <w:rFonts w:ascii="Helvetica Neue" w:hAnsi="Helvetica Neue" w:eastAsia="PingFang SC"/>
          <w:color w:val="242A33"/>
          <w:sz w:val="21"/>
        </w:rPr>
        <w:t xml:space="preserve">：□ 什么时候做　□ 谁来做　□ 做完谁查　</w:t>
      </w:r>
      <w:r>
        <w:rPr>
          <w:rFonts w:ascii="Helvetica Neue" w:hAnsi="Helvetica Neue" w:eastAsia="PingFang SC"/>
          <w:b/>
          <w:color w:val="242A33"/>
          <w:sz w:val="21"/>
        </w:rPr>
        <w:t>（答出两问才算过筛）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最后保留的班级公约（抄下板书上的）</w:t>
      </w:r>
      <w:r>
        <w:rPr>
          <w:rFonts w:ascii="Helvetica Neue" w:hAnsi="Helvetica Neue" w:eastAsia="PingFang SC"/>
          <w:color w:val="242A33"/>
          <w:sz w:val="21"/>
        </w:rPr>
        <w:t>：①　　　　　　②　　　　　　③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